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7FC" w:rsidRPr="002809BC" w:rsidRDefault="002809BC">
      <w:pPr>
        <w:rPr>
          <w:lang w:val="fr-FR"/>
        </w:rPr>
      </w:pPr>
      <w:proofErr w:type="spellStart"/>
      <w:r>
        <w:rPr>
          <w:lang w:val="fr-FR"/>
        </w:rPr>
        <w:t>Dummy</w:t>
      </w:r>
      <w:proofErr w:type="spellEnd"/>
      <w:r>
        <w:rPr>
          <w:lang w:val="fr-FR"/>
        </w:rPr>
        <w:t xml:space="preserve"> </w:t>
      </w:r>
      <w:proofErr w:type="spellStart"/>
      <w:r>
        <w:rPr>
          <w:lang w:val="fr-FR"/>
        </w:rPr>
        <w:t>docx</w:t>
      </w:r>
      <w:proofErr w:type="spellEnd"/>
      <w:r>
        <w:rPr>
          <w:lang w:val="fr-FR"/>
        </w:rPr>
        <w:t xml:space="preserve"> #2</w:t>
      </w:r>
    </w:p>
    <w:sectPr w:rsidR="002327FC" w:rsidRPr="002809B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2"/>
  <w:proofState w:spelling="clean"/>
  <w:defaultTabStop w:val="720"/>
  <w:hyphenationZone w:val="425"/>
  <w:characterSpacingControl w:val="doNotCompress"/>
  <w:compat>
    <w:useFELayout/>
  </w:compat>
  <w:rsids>
    <w:rsidRoot w:val="00B47730"/>
    <w:rsid w:val="00034616"/>
    <w:rsid w:val="0006063C"/>
    <w:rsid w:val="0015074B"/>
    <w:rsid w:val="002327FC"/>
    <w:rsid w:val="002809BC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lastModifiedBy>vSphere</cp:lastModifiedBy>
  <cp:revision>2</cp:revision>
  <dcterms:created xsi:type="dcterms:W3CDTF">2017-09-09T09:24:00Z</dcterms:created>
  <dcterms:modified xsi:type="dcterms:W3CDTF">2017-09-09T09:24:00Z</dcterms:modified>
</cp:coreProperties>
</file>