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4" Type="http://schemas.openxmlformats.org/officeDocument/2006/relationships/extended-properties" Target="docProps/app.xml"/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jpeg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r>
        <w:t>July 27, 2017+Y</w:t>
      </w:r>
    </w:p>
    <w:p>
      <w:r>
        <w:t>Dear sir or Madam:</w:t>
      </w:r>
    </w:p>
    <w:p>
      <w:r>
        <w:t>we are pleased to help with you</w:t>
      </w:r>
    </w:p>
    <w:p>
      <w:r>
        <w:t>Please feel free to contact me for phone</w:t>
      </w:r>
    </w:p>
    <w:p>
      <w:r>
        <w:t xml:space="preserve">I look forward to assisting you in </w:t>
      </w:r>
    </w:p>
    <w:p/>
    <w:p>
      <w:r>
        <w:t>Best regards,</w:t>
      </w:r>
    </w:p>
    <w:p>
      <w:r>
        <w:t>Acme Specialist 1</w:t>
      </w:r>
    </w:p>
    <w:p>
      <w:r>
        <w:br w:type="page"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03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theme" Target="theme/theme1.xml"/><Relationship Id="rId7" Type="http://schemas.openxmlformats.org/officeDocument/2006/relationships/fontTable" Target="fontTable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3" Type="http://schemas.openxmlformats.org/officeDocument/2006/relationships/styles" Target="styl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